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נבנית כותרת טובה ומה הופך אותה למטעה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כותרות פיתוי ולהסביר מדוע הן פוגעות באמון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וכתיבה ביקורתית בעקבות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העורך או העורכת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קצרה, ברורה, מעוררת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מפסיק להאמין לכותרות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לחלון ראווה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האם הכתבה מספרת את מה שהכותרת הבטיחה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מוכרים בצדי הדרכים קראו אותן בקול 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מבטיחות הרבה ומספקות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ממליץ שלא להגזים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הטקסט אומר שהיא הופכת אותנו לקוראים חכמים יותר, לא חשדנים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פיתוי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להגזים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ביקורתית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בעל ערך שיש ממנו כמות מוגבלת)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(הבחירה מה לפרסם ובאיזה ניסוח)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(החוסר בין מה שיודעים למה שרוצים לדעת)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(קריאה שבודקת ושואלת)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(האמונה שאפשר לסמוך על מה שנאמר)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הגיוני - מהעיתון המודפס להיום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כותרות התחרו על מקום בעמוד הראשון של עיתון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מוכרים עמדו בצדי הדרכים והקריאו את הכותרות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כותרות עברו להופיע באתרי חדשות ועל מסכים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כותרת מקבלת רק שנייה או שתיים לשכנע את הקורא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ביקורתית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שהכותרת קצרה, ברורה, מעוררת סקרנות ואינה מגזימה או מבטיחה דבר שלא קיים בתוכן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יציינו הבטחה מוגזמת או עמומה שאינה מתקיימת בתוכן הכתבה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קצרה, ברורה, מעוררת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מפסיקים להאמין לכותרות של אותו אתר - האמון נפגע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הכתבה באמת מספרת את מה שהכותרת הבטיחה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כותרת שמשכה את התלמידים לאחרונה, בהתאם לשאלת הפתיחה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לאסוף כמה כותרות שהתלמידים כתבו ולבדוק יחד אם הן עומדות בכללי האצבע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בגרסה לחינוך מיוחד, ללא פגיעה ברצף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מסביר איך עורכים כותבים כותרות מעניינות בעיתונים ובאתרים, ולמה חשוב שהכותרת תהיה גם נכונה וגם מושכת.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שיש לו ערך ויש ממנו כמות מוגבלת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מה לפרסם, באיזה סדר ובאיזה ניסוח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מעוררת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גורמת להתעורר, מעוררת רגש או רצון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רווח, חוסר בין מה שיודעים לבין מה שרוצים לדעת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פיתוי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משיכה של מישהו לעשות משהו, לפעמים בדרך לא הוגנת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האמונה שמישהו אומר אמת ושאפשר לסמוך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שבודקת ושואלת ואינה מקבלת הכול כפשוטו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הדבר שעליו נלחמות הכותרות?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כסף מהמפרסמים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תפקיד העורך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את הכותרת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העורך או העורכת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להיות בכותרת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ארוכה, מצחיקה,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קצרה, ברורה, 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משעשעת, מוזרה,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מדויקת, משעממת, 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כשהכותרת מבטיחה הרבה ולא מקיימת?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נהנה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מפסיק להאמין לכותרות של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ממליץ על האתר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שם לב לכלום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הטקסט משווה 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לדלת 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לחלון ראווה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לשלט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כדאי לבדוק לפני ששולחים כתבה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הכותרת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הכתבה מספרת את מה שהכותרת הבטיחה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הכותרת קצרה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יש בכתבה 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כותרות התחרו רק על מקום בעמוד הראשון של העיתון המודפס.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כותרת טובה יכולה להשתמש בפועל חזק או בשאלה מסקרנת.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פיתוי תמיד מספקות בדיוק את מה שהבטיחו.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האמון הוא לפי הטקסט הנכס החשוב ביותר של מערכת 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להגזים במספרים כדי למשוך קוראים.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ביקורתית הופכת אותנו לחשדנים כלפי הכול.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כותרת מקבלת רק שנייה או שתיים כדי __________ אותנו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כותרת כמו שאלה מסקרנת משאירה __________ שהקורא רוצה לסגור.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כותרות __________ מבטיחות הרבה ומספקות מעט.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הדבר החשוב ביותר שמתבזבז מכותרות מטעות הוא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כלל אצבע חשוב הוא לא __________ במספרים בכותרת.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קריאה __________ בודקת אם הכתבה מקיימת את מה שהכותרת הבטיחה.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האמונה שאפשר לסמוך על מה שנאמר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 שבודקת ושואלת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הבחירה מה לפרסם ובאיזה ניסוח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בעל ערך שיש ממנו כמות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החוסר בין מה שיודעים למה שרוצים לדעת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הגיוני - מהעיתון המודפס להיום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כותרת מקבלת רק שנייה או שתיים לשכנע את הקורא לעצור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התחרו על מקום בעמוד הראשון של עיתון מודפס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מוכרים עמדו בצדי הדרכים והקריאו את הכותרות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עברו להופיע באתרי חדשות ועל מסכים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קצרה ומדויקת לידיעה על תחרות ספורט בבית הספר, בלי להבטיח יותר ממה שבאמת קרה.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הביאו דוגמה לכותרת פיתוי שראיתם או שאתם מדמיינים, והסבירו מה הופך אותה למטעה.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הדרישות מכותרת טובה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לאמון הקוראים כשכותרת מטעה אותם שוב ושוב?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לבדוק לפני שמשתפים כתבה עם כותרת מסקרנת?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הקרב על תשומת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