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הקרב על תשומת הלב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נבנית כותרת טובה ומה הופך אותה למטעה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כותרות פיתוי ולהסביר מדוע הן פוגעות באמון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וכתיבה ביקורתית בעקבות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תשומת הלב של הקוראים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העורך או העורכת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מפסיק להאמין לכותרות של האתר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מוכרים בצדי הדרכים קראו אותן בקול רם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בפסקה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הן מבטיחות הרבה ומספקות מעט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פיתוי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מושג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(דבר בעל ערך שיש ממנו כמות מוגבלת)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(הבחירה מה לפרסם ובאיזה ניסוח)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(החוסר בין מה שיודעים למה שרוצים לדעת)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(קריאה שבודקת ושואלת)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הגיוני - מהעיתון המודפס להיום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כותרות התחרו על מקום בעמוד הראשון של עיתון מודפס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מוכרים עמדו בצדי הדרכים והקריאו את הכותרות בקול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כותרות עברו להופיע באתרי חדשות ועל מסכים קטנים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כל כותרת מקבלת רק שנייה או שתיים לשכנע את הקורא לעצור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ביקורתית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שהכותרת קצרה, ברורה, מעוררת סקרנות ואינה מגזימה או מבטיחה דבר שלא קיים בתוכן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קצרה, ברורה, מעוררת סקרנות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הם מפסיקים להאמין לכותרות של אותו אתר - האמון נפגע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אם הכתבה באמת מספרת את מה שהכותרת הבטיחה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כותרת שמשכה את התלמידים לאחרונה, בהתאם לשאלת הפתיחה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לאסוף כמה כותרות שהתלמידים כתבו ולבדוק יחד אם הן עומדות בכללי האצבע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להשמטה בגרסה לחינוך מיוחד, ללא פגיעה ברצף 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הקרב על תשומת הלב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הטקסט עוסק בקרב היומיומי של כותרות החדשות על תשומת הלב שלנו, ובשאלה איך אפשר לכתוב כותרת מושכת בלי להפוך אותה לכותרת מטעה.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פיתוי  ·  לשכנע  ·  פער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על מה נלחמות הכותרות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 מקום בעיתון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תשומת הלב של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 כסף מהמפרסמים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אחראי בדרך כלל על ניסוח הכותרת?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הכתב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העורך או העורכת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קורה כשקורא נתקל כמה פעמים בכותרת פיתוי מאותו 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נהנה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מפסיק להאמין לכותרות של האתר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ממליץ על האתר לחברים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בעבר כותרות התחרו רק על מקום בעמוד הראשון של העיתון המודפס.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הטקסט, כותרת טובה יכולה להשתמש בפועל חזק או בשאלה מסקרנת.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כותרות פיתוי תמיד מספקות בדיוק את מה שהבטיחו.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כל כותרת מקבלת רק שנייה או שתיים כדי __________ אותנו לעצור.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כותרת כמו שאלה מסקרנת משאירה __________ שהקורא רוצה לסגור.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כותרות __________ מבטיחות הרבה ומספקות מעט.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מושג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משאב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דבר בעל ערך שיש ממנו כמות מוגבלת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העריכה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קריאה שבודקת ושואלת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החוסר בין מה שיודעים למה שרוצים לדעת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ביקורתית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הבחירה מה לפרסם ובאיזה ניסוח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הגיוני - מהעיתון המודפס להיום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מוכרים עמדו בצדי הדרכים והקריאו את הכותרות בקול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כותרות התחרו על מקום בעמוד הראשון של עיתון מודפס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כותרת מקבלת רק שנייה או שתיים לשכנע את הקורא לעצור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כותרות עברו להופיע באתרי חדשות ועל מסכים קטנים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ביקורתית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כותרת קצרה ומדויקת לידיעה על תחרות ספורט בבית הספר, בלי להבטיח יותר ממה שבאמת קרה.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שלוש הדרישות מכותרת טובה לפי 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לאמון הקוראים כשכותרת מטעה אותם שוב ושוב?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הקרב על תשומת הלב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